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Nombre Apellido</w:t>
      </w:r>
    </w:p>
    <w:p>
      <w:pPr>
        <w:spacing w:after="80"/>
      </w:pPr>
      <w:r>
        <w:rPr>
          <w:b w:val="0"/>
        </w:rPr>
        <w:t>Ciudad, País | +34 600 000 000 | nombre@correo.com | linkedin.com/in/tu-perfil</w:t>
      </w:r>
    </w:p>
    <w:p>
      <w:pPr>
        <w:pStyle w:val="Heading2"/>
      </w:pPr>
      <w:r>
        <w:rPr>
          <w:rFonts w:ascii="Arial" w:hAnsi="Arial"/>
          <w:sz w:val="26"/>
        </w:rPr>
        <w:t>Perfil profesional</w:t>
      </w:r>
    </w:p>
    <w:p>
      <w:pPr>
        <w:spacing w:after="80"/>
      </w:pPr>
      <w:r>
        <w:rPr>
          <w:b w:val="0"/>
        </w:rPr>
        <w:t>Profesional de [tu área] con [X] años de experiencia en [sector]. Resumen en dos o tres líneas de lo que haces mejor y del puesto al que aspiras.</w:t>
      </w:r>
    </w:p>
    <w:p>
      <w:pPr>
        <w:pStyle w:val="Heading2"/>
      </w:pPr>
      <w:r>
        <w:rPr>
          <w:rFonts w:ascii="Arial" w:hAnsi="Arial"/>
          <w:sz w:val="26"/>
        </w:rPr>
        <w:t>Experiencia profesional</w:t>
      </w:r>
    </w:p>
    <w:p>
      <w:pPr>
        <w:spacing w:after="0"/>
      </w:pPr>
      <w:r>
        <w:rPr>
          <w:b/>
        </w:rPr>
        <w:t>Puesto, Empresa — Ciudad</w:t>
      </w:r>
    </w:p>
    <w:p>
      <w:pPr>
        <w:spacing w:after="80"/>
      </w:pPr>
      <w:r>
        <w:rPr>
          <w:b w:val="0"/>
        </w:rPr>
        <w:t>Enero 2022 – Actualidad</w:t>
      </w:r>
    </w:p>
    <w:p>
      <w:pPr>
        <w:pStyle w:val="ListBullet"/>
        <w:spacing w:after="40"/>
      </w:pPr>
      <w:r>
        <w:t>Lideré [proyecto o tarea] y logré [resultado medible, por ejemplo: reducir costos un 15 %].</w:t>
      </w:r>
    </w:p>
    <w:p>
      <w:pPr>
        <w:pStyle w:val="ListBullet"/>
        <w:spacing w:after="40"/>
      </w:pPr>
      <w:r>
        <w:t>Gestioné [equipo, cuentas o procesos] con [herramienta o método] durante [período].</w:t>
      </w:r>
    </w:p>
    <w:p>
      <w:pPr>
        <w:pStyle w:val="ListBullet"/>
        <w:spacing w:after="40"/>
      </w:pPr>
      <w:r>
        <w:t>Implementé [mejora] que aumentó [indicador] en [cifra].</w:t>
      </w:r>
    </w:p>
    <w:p>
      <w:pPr>
        <w:spacing w:after="0"/>
      </w:pPr>
      <w:r>
        <w:rPr>
          <w:b/>
        </w:rPr>
        <w:t>Puesto anterior, Empresa — Ciudad</w:t>
      </w:r>
    </w:p>
    <w:p>
      <w:pPr>
        <w:spacing w:after="80"/>
      </w:pPr>
      <w:r>
        <w:rPr>
          <w:b w:val="0"/>
        </w:rPr>
        <w:t>Marzo 2019 – Diciembre 2021</w:t>
      </w:r>
    </w:p>
    <w:p>
      <w:pPr>
        <w:pStyle w:val="ListBullet"/>
        <w:spacing w:after="40"/>
      </w:pPr>
      <w:r>
        <w:t>Coordiné [actividad] para [cantidad] clientes o usuarios.</w:t>
      </w:r>
    </w:p>
    <w:p>
      <w:pPr>
        <w:pStyle w:val="ListBullet"/>
        <w:spacing w:after="40"/>
      </w:pPr>
      <w:r>
        <w:t>Desarrollé [entregable] y presenté resultados a [área o cliente].</w:t>
      </w:r>
    </w:p>
    <w:p>
      <w:pPr>
        <w:pStyle w:val="Heading2"/>
      </w:pPr>
      <w:r>
        <w:rPr>
          <w:rFonts w:ascii="Arial" w:hAnsi="Arial"/>
          <w:sz w:val="26"/>
        </w:rPr>
        <w:t>Educación</w:t>
      </w:r>
    </w:p>
    <w:p>
      <w:pPr>
        <w:spacing w:after="0"/>
      </w:pPr>
      <w:r>
        <w:rPr>
          <w:b/>
        </w:rPr>
        <w:t>Título, Institución — Ciudad</w:t>
      </w:r>
    </w:p>
    <w:p>
      <w:pPr>
        <w:spacing w:after="80"/>
      </w:pPr>
      <w:r>
        <w:rPr>
          <w:b w:val="0"/>
        </w:rPr>
        <w:t>Septiembre 2015 – Junio 2019</w:t>
      </w:r>
    </w:p>
    <w:p>
      <w:pPr>
        <w:pStyle w:val="Heading2"/>
      </w:pPr>
      <w:r>
        <w:rPr>
          <w:rFonts w:ascii="Arial" w:hAnsi="Arial"/>
          <w:sz w:val="26"/>
        </w:rPr>
        <w:t>Habilidades</w:t>
      </w:r>
    </w:p>
    <w:p>
      <w:pPr>
        <w:pStyle w:val="ListBullet"/>
        <w:spacing w:after="40"/>
      </w:pPr>
      <w:r>
        <w:t>Habilidad o herramienta 1</w:t>
      </w:r>
    </w:p>
    <w:p>
      <w:pPr>
        <w:pStyle w:val="ListBullet"/>
        <w:spacing w:after="40"/>
      </w:pPr>
      <w:r>
        <w:t>Habilidad o herramienta 2</w:t>
      </w:r>
    </w:p>
    <w:p>
      <w:pPr>
        <w:pStyle w:val="ListBullet"/>
        <w:spacing w:after="40"/>
      </w:pPr>
      <w:r>
        <w:t>Habilidad o herramienta 3</w:t>
      </w:r>
    </w:p>
    <w:p>
      <w:pPr>
        <w:pStyle w:val="Heading2"/>
      </w:pPr>
      <w:r>
        <w:rPr>
          <w:rFonts w:ascii="Arial" w:hAnsi="Arial"/>
          <w:sz w:val="26"/>
        </w:rPr>
        <w:t>Idiomas</w:t>
      </w:r>
    </w:p>
    <w:p>
      <w:pPr>
        <w:pStyle w:val="ListBullet"/>
        <w:spacing w:after="40"/>
      </w:pPr>
      <w:r>
        <w:t>Español: nativo</w:t>
      </w:r>
    </w:p>
    <w:p>
      <w:pPr>
        <w:pStyle w:val="ListBullet"/>
        <w:spacing w:after="40"/>
      </w:pPr>
      <w:r>
        <w:t>Inglés: B2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