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40"/>
        </w:rPr>
        <w:t>First Last</w:t>
      </w:r>
    </w:p>
    <w:p>
      <w:pPr>
        <w:spacing w:after="80"/>
      </w:pPr>
      <w:r>
        <w:rPr>
          <w:b w:val="0"/>
        </w:rPr>
        <w:t>City, Country | +1 555 000 0000 | name@email.com | linkedin.com/in/your-profile</w:t>
      </w:r>
    </w:p>
    <w:p>
      <w:pPr>
        <w:pStyle w:val="Heading2"/>
      </w:pPr>
      <w:r>
        <w:rPr>
          <w:rFonts w:ascii="Arial" w:hAnsi="Arial"/>
          <w:sz w:val="26"/>
        </w:rPr>
        <w:t>Professional Summary</w:t>
      </w:r>
    </w:p>
    <w:p>
      <w:pPr>
        <w:spacing w:after="80"/>
      </w:pPr>
      <w:r>
        <w:rPr>
          <w:b w:val="0"/>
        </w:rPr>
        <w:t>[Your field] professional with [X] years of experience in [industry]. Two or three lines on what you do best and the role you are aiming for.</w:t>
      </w:r>
    </w:p>
    <w:p>
      <w:pPr>
        <w:pStyle w:val="Heading2"/>
      </w:pPr>
      <w:r>
        <w:rPr>
          <w:rFonts w:ascii="Arial" w:hAnsi="Arial"/>
          <w:sz w:val="26"/>
        </w:rPr>
        <w:t>Work Experience</w:t>
      </w:r>
    </w:p>
    <w:p>
      <w:pPr>
        <w:spacing w:after="0"/>
      </w:pPr>
      <w:r>
        <w:rPr>
          <w:b/>
        </w:rPr>
        <w:t>Job Title, Company — City</w:t>
      </w:r>
    </w:p>
    <w:p>
      <w:pPr>
        <w:spacing w:after="80"/>
      </w:pPr>
      <w:r>
        <w:rPr>
          <w:b w:val="0"/>
        </w:rPr>
        <w:t>January 2022 – Present</w:t>
      </w:r>
    </w:p>
    <w:p>
      <w:pPr>
        <w:pStyle w:val="ListBullet"/>
        <w:spacing w:after="40"/>
      </w:pPr>
      <w:r>
        <w:t>Led [project or task] and achieved [measurable result, for example: cut costs by 15%].</w:t>
      </w:r>
    </w:p>
    <w:p>
      <w:pPr>
        <w:pStyle w:val="ListBullet"/>
        <w:spacing w:after="40"/>
      </w:pPr>
      <w:r>
        <w:t>Managed [team, accounts or processes] using [tool or method] for [period].</w:t>
      </w:r>
    </w:p>
    <w:p>
      <w:pPr>
        <w:pStyle w:val="ListBullet"/>
        <w:spacing w:after="40"/>
      </w:pPr>
      <w:r>
        <w:t>Implemented [improvement] that increased [metric] by [figure].</w:t>
      </w:r>
    </w:p>
    <w:p>
      <w:pPr>
        <w:spacing w:after="0"/>
      </w:pPr>
      <w:r>
        <w:rPr>
          <w:b/>
        </w:rPr>
        <w:t>Previous Job Title, Company — City</w:t>
      </w:r>
    </w:p>
    <w:p>
      <w:pPr>
        <w:spacing w:after="80"/>
      </w:pPr>
      <w:r>
        <w:rPr>
          <w:b w:val="0"/>
        </w:rPr>
        <w:t>March 2019 – December 2021</w:t>
      </w:r>
    </w:p>
    <w:p>
      <w:pPr>
        <w:pStyle w:val="ListBullet"/>
        <w:spacing w:after="40"/>
      </w:pPr>
      <w:r>
        <w:t>Coordinated [activity] for [number] clients or users.</w:t>
      </w:r>
    </w:p>
    <w:p>
      <w:pPr>
        <w:pStyle w:val="ListBullet"/>
        <w:spacing w:after="40"/>
      </w:pPr>
      <w:r>
        <w:t>Developed [deliverable] and presented results to [team or client].</w:t>
      </w:r>
    </w:p>
    <w:p>
      <w:pPr>
        <w:pStyle w:val="Heading2"/>
      </w:pPr>
      <w:r>
        <w:rPr>
          <w:rFonts w:ascii="Arial" w:hAnsi="Arial"/>
          <w:sz w:val="26"/>
        </w:rPr>
        <w:t>Education</w:t>
      </w:r>
    </w:p>
    <w:p>
      <w:pPr>
        <w:spacing w:after="0"/>
      </w:pPr>
      <w:r>
        <w:rPr>
          <w:b/>
        </w:rPr>
        <w:t>Degree, Institution — City</w:t>
      </w:r>
    </w:p>
    <w:p>
      <w:pPr>
        <w:spacing w:after="80"/>
      </w:pPr>
      <w:r>
        <w:rPr>
          <w:b w:val="0"/>
        </w:rPr>
        <w:t>September 2015 – June 2019</w:t>
      </w:r>
    </w:p>
    <w:p>
      <w:pPr>
        <w:pStyle w:val="Heading2"/>
      </w:pPr>
      <w:r>
        <w:rPr>
          <w:rFonts w:ascii="Arial" w:hAnsi="Arial"/>
          <w:sz w:val="26"/>
        </w:rPr>
        <w:t>Skills</w:t>
      </w:r>
    </w:p>
    <w:p>
      <w:pPr>
        <w:pStyle w:val="ListBullet"/>
        <w:spacing w:after="40"/>
      </w:pPr>
      <w:r>
        <w:t>Skill or tool 1</w:t>
      </w:r>
    </w:p>
    <w:p>
      <w:pPr>
        <w:pStyle w:val="ListBullet"/>
        <w:spacing w:after="40"/>
      </w:pPr>
      <w:r>
        <w:t>Skill or tool 2</w:t>
      </w:r>
    </w:p>
    <w:p>
      <w:pPr>
        <w:pStyle w:val="ListBullet"/>
        <w:spacing w:after="40"/>
      </w:pPr>
      <w:r>
        <w:t>Skill or tool 3</w:t>
      </w:r>
    </w:p>
    <w:p>
      <w:pPr>
        <w:pStyle w:val="Heading2"/>
      </w:pPr>
      <w:r>
        <w:rPr>
          <w:rFonts w:ascii="Arial" w:hAnsi="Arial"/>
          <w:sz w:val="26"/>
        </w:rPr>
        <w:t>Languages</w:t>
      </w:r>
    </w:p>
    <w:p>
      <w:pPr>
        <w:pStyle w:val="ListBullet"/>
        <w:spacing w:after="40"/>
      </w:pPr>
      <w:r>
        <w:t>English: native</w:t>
      </w:r>
    </w:p>
    <w:p>
      <w:pPr>
        <w:pStyle w:val="ListBullet"/>
        <w:spacing w:after="40"/>
      </w:pPr>
      <w:r>
        <w:t>Spanish: B2</w:t>
      </w:r>
    </w:p>
    <w:sectPr w:rsidR="00FC693F" w:rsidRPr="0006063C" w:rsidSect="00034616"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